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0" w:line="276" w:lineRule="auto"/>
        <w:jc w:val="right"/>
        <w:rPr/>
      </w:pPr>
      <w:r w:rsidDel="00000000" w:rsidR="00000000" w:rsidRPr="00000000">
        <w:rPr>
          <w:rtl w:val="0"/>
        </w:rPr>
        <w:t xml:space="preserve">Matīšu pamatskolas direktorei</w:t>
      </w:r>
    </w:p>
    <w:p w:rsidR="00000000" w:rsidDel="00000000" w:rsidP="00000000" w:rsidRDefault="00000000" w:rsidRPr="00000000" w14:paraId="00000002">
      <w:pPr>
        <w:spacing w:after="240" w:before="0" w:line="276" w:lineRule="auto"/>
        <w:jc w:val="right"/>
        <w:rPr/>
      </w:pPr>
      <w:r w:rsidDel="00000000" w:rsidR="00000000" w:rsidRPr="00000000">
        <w:rPr>
          <w:rtl w:val="0"/>
        </w:rPr>
        <w:t xml:space="preserve">Selgai Skrastiņai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76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76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76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0"/>
          <w:szCs w:val="20"/>
          <w:rtl w:val="0"/>
        </w:rPr>
        <w:t xml:space="preserve">/vecāka vai likumiskā pārstāvja vārds, uzvārds/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76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80" w:before="0" w:line="276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0"/>
          <w:szCs w:val="20"/>
          <w:rtl w:val="0"/>
        </w:rPr>
        <w:t xml:space="preserve">/kontakttālrunis, e-pasts/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360" w:before="0" w:line="276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IESNIEGUMS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Lūdzu atjaunot mana bērna ______________________________________________ skolēna apliecību.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before="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Skolēns/-e mācās _____. klasē.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0"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Apliecības atjaunošana nepieciešama, jo skolēna apliecība ir: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lineRule="auto"/>
        <w:ind w:left="56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pazaudēta;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80" w:lineRule="auto"/>
        <w:ind w:left="56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sabojāta;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lineRule="auto"/>
        <w:ind w:left="56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cits iemesls: ______________________________________________.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560" w:before="0"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Apliecības atjaunošana nepieciešama, lai skolēns varētu to izmantot skolā un citās situācijās, kur nepieciešams apliecināt izglītojamā statusu.</w:t>
      </w:r>
      <w:r w:rsidDel="00000000" w:rsidR="00000000" w:rsidRPr="00000000">
        <w:rPr>
          <w:rtl w:val="0"/>
        </w:rPr>
      </w:r>
    </w:p>
    <w:tbl>
      <w:tblPr>
        <w:tblStyle w:val="Table1"/>
        <w:tblW w:w="9688.0" w:type="dxa"/>
        <w:jc w:val="center"/>
        <w:tblLayout w:type="fixed"/>
        <w:tblLook w:val="0400"/>
      </w:tblPr>
      <w:tblGrid>
        <w:gridCol w:w="4844"/>
        <w:gridCol w:w="4844"/>
        <w:tblGridChange w:id="0">
          <w:tblGrid>
            <w:gridCol w:w="4844"/>
            <w:gridCol w:w="48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Datums: _____._____.20____.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2">
            <w:pPr>
              <w:spacing w:after="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Paraksts: 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/vecāka vai likumiskā pārstāvja paraksts/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24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0" w:before="36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417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giuTNnUE6KxXnnLlR9pNJEdqtA==">CgMxLjA4AHIhMUU4Tl9ORml5bTF3eEJ3MkdLY2UxdENXVkRIVkpkV2xY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Valmieras sākumskola</dc:creator>
</cp:coreProperties>
</file>